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15"/>
        <w:gridCol w:w="5686"/>
      </w:tblGrid>
      <w:tr w:rsidR="002454D4" w14:paraId="169F4600" w14:textId="77777777" w:rsidTr="007118B8">
        <w:trPr>
          <w:trHeight w:val="1585"/>
        </w:trPr>
        <w:tc>
          <w:tcPr>
            <w:tcW w:w="2115" w:type="dxa"/>
          </w:tcPr>
          <w:p w14:paraId="097200D1" w14:textId="77777777" w:rsidR="002454D4" w:rsidRDefault="002454D4" w:rsidP="007118B8">
            <w:r>
              <w:rPr>
                <w:noProof/>
              </w:rPr>
              <w:drawing>
                <wp:inline distT="0" distB="0" distL="0" distR="0" wp14:anchorId="72B6C43D" wp14:editId="68934AF3">
                  <wp:extent cx="972000" cy="972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6" w:type="dxa"/>
          </w:tcPr>
          <w:p w14:paraId="75960088" w14:textId="77777777" w:rsidR="002454D4" w:rsidRDefault="002454D4" w:rsidP="007118B8">
            <w:pPr>
              <w:spacing w:before="160"/>
              <w:jc w:val="center"/>
            </w:pPr>
            <w:r>
              <w:rPr>
                <w:b/>
              </w:rPr>
              <w:t>T.C.</w:t>
            </w:r>
            <w:r>
              <w:rPr>
                <w:b/>
              </w:rPr>
              <w:br/>
              <w:t>KAHRAMANMARAŞ SÜTÇÜ İMAM ÜNİVERSİTESİ</w:t>
            </w:r>
            <w:r>
              <w:rPr>
                <w:b/>
              </w:rPr>
              <w:br/>
              <w:t>LİSANSÜSTÜ EĞİTİM ENSTİTÜSÜ</w:t>
            </w:r>
            <w:r>
              <w:rPr>
                <w:b/>
              </w:rPr>
              <w:br/>
            </w:r>
          </w:p>
        </w:tc>
      </w:tr>
    </w:tbl>
    <w:p w14:paraId="774D2EF6" w14:textId="77777777" w:rsidR="002454D4" w:rsidRPr="00802F99" w:rsidRDefault="00B8710D" w:rsidP="002454D4">
      <w:pPr>
        <w:pBdr>
          <w:bottom w:val="single" w:sz="10" w:space="0" w:color="C59C57"/>
        </w:pBdr>
        <w:spacing w:after="420"/>
        <w:jc w:val="center"/>
        <w:rPr>
          <w:b/>
          <w:bCs/>
        </w:rPr>
      </w:pPr>
      <w:r>
        <w:rPr>
          <w:b/>
          <w:bCs/>
        </w:rPr>
        <w:t>GENEL DİLEKÇE</w:t>
      </w:r>
    </w:p>
    <w:p w14:paraId="670F7FB6" w14:textId="77777777" w:rsidR="009D312E" w:rsidRDefault="00000000">
      <w:pPr>
        <w:spacing w:after="320"/>
        <w:jc w:val="center"/>
      </w:pPr>
      <w:r>
        <w:rPr>
          <w:b/>
        </w:rPr>
        <w:t>LİSANSÜSTÜ EĞİTİM ENSTİTÜSÜ MÜDÜRLÜĞÜNE</w:t>
      </w:r>
    </w:p>
    <w:p w14:paraId="58A35BFB" w14:textId="77777777" w:rsidR="009D312E" w:rsidRDefault="00000000" w:rsidP="00AB0081">
      <w:pPr>
        <w:spacing w:after="140"/>
        <w:ind w:firstLine="720"/>
        <w:jc w:val="both"/>
      </w:pPr>
      <w:r>
        <w:t>Enstitünüz ................................ Ana Bilim Dalı ................................ numaralı Tezli Yüksek Lisans/Tezsiz Yüksek Lisans/Doktora programı öğrencisiyim. ................................................................ kurumuna verilmek üzere aşağıda işaretlediğim belgenin düzenlenerek tarafıma verilmesi hususunda,</w:t>
      </w:r>
    </w:p>
    <w:p w14:paraId="0E0C977C" w14:textId="77777777" w:rsidR="009D312E" w:rsidRDefault="00000000" w:rsidP="00AB0081">
      <w:pPr>
        <w:spacing w:after="240"/>
        <w:ind w:firstLine="720"/>
      </w:pPr>
      <w:r>
        <w:t>Gereğini saygılarımla arz ederim.     .... / .... / 202..</w:t>
      </w:r>
    </w:p>
    <w:p w14:paraId="141C27B9" w14:textId="77777777" w:rsidR="009D312E" w:rsidRDefault="00000000">
      <w:pPr>
        <w:spacing w:after="280"/>
        <w:jc w:val="right"/>
      </w:pPr>
      <w:r>
        <w:t>(Adı, Soyadı, İmza)</w:t>
      </w:r>
    </w:p>
    <w:p w14:paraId="172C961D" w14:textId="77777777" w:rsidR="009D312E" w:rsidRDefault="00000000">
      <w:pPr>
        <w:spacing w:after="100"/>
      </w:pPr>
      <w:r>
        <w:rPr>
          <w:b/>
        </w:rPr>
        <w:t xml:space="preserve">T.C. Kimlik No : </w:t>
      </w:r>
      <w:r>
        <w:t>................................................................................................</w:t>
      </w:r>
    </w:p>
    <w:p w14:paraId="248788F7" w14:textId="77777777" w:rsidR="009D312E" w:rsidRDefault="00000000">
      <w:pPr>
        <w:spacing w:after="100"/>
      </w:pPr>
      <w:r>
        <w:rPr>
          <w:b/>
        </w:rPr>
        <w:t xml:space="preserve">Adres : </w:t>
      </w:r>
      <w:r>
        <w:t>................................................................................................</w:t>
      </w:r>
    </w:p>
    <w:p w14:paraId="7E9E2892" w14:textId="77777777" w:rsidR="009D312E" w:rsidRDefault="00000000">
      <w:pPr>
        <w:spacing w:after="100"/>
      </w:pPr>
      <w:r>
        <w:rPr>
          <w:b/>
        </w:rPr>
        <w:t xml:space="preserve">GSM : </w:t>
      </w:r>
      <w:r>
        <w:t>................................................................................................</w:t>
      </w:r>
    </w:p>
    <w:p w14:paraId="148755C3" w14:textId="77777777" w:rsidR="009D312E" w:rsidRDefault="00000000">
      <w:pPr>
        <w:spacing w:after="100"/>
      </w:pPr>
      <w:r>
        <w:rPr>
          <w:b/>
        </w:rPr>
        <w:t xml:space="preserve">E-posta : </w:t>
      </w:r>
      <w:r>
        <w:t>................................................................................................</w:t>
      </w:r>
    </w:p>
    <w:p w14:paraId="26F1E2E6" w14:textId="77777777" w:rsidR="009D312E" w:rsidRDefault="00000000">
      <w:pPr>
        <w:keepNext/>
        <w:pBdr>
          <w:bottom w:val="single" w:sz="8" w:space="0" w:color="D5BC8A"/>
        </w:pBdr>
        <w:spacing w:before="360" w:after="160"/>
      </w:pPr>
      <w:r>
        <w:rPr>
          <w:b/>
        </w:rPr>
        <w:t>İSTENEN BELGE</w:t>
      </w:r>
    </w:p>
    <w:p w14:paraId="289A48DB" w14:textId="5D500E84" w:rsidR="009D312E" w:rsidRDefault="00AB0081">
      <w:pPr>
        <w:spacing w:after="120"/>
      </w:pPr>
      <w:r>
        <w:rPr>
          <w:color w:val="000000" w:themeColor="text1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00" w:themeColor="text1"/>
          <w:szCs w:val="20"/>
        </w:rPr>
        <w:instrText xml:space="preserve"> FORMCHECKBOX </w:instrText>
      </w:r>
      <w:r>
        <w:rPr>
          <w:color w:val="000000" w:themeColor="text1"/>
          <w:szCs w:val="20"/>
        </w:rPr>
      </w:r>
      <w:r>
        <w:rPr>
          <w:color w:val="000000" w:themeColor="text1"/>
          <w:szCs w:val="20"/>
        </w:rPr>
        <w:fldChar w:fldCharType="separate"/>
      </w:r>
      <w:r>
        <w:rPr>
          <w:color w:val="000000" w:themeColor="text1"/>
          <w:szCs w:val="20"/>
        </w:rPr>
        <w:fldChar w:fldCharType="end"/>
      </w:r>
      <w:r w:rsidRPr="001D40A9">
        <w:rPr>
          <w:color w:val="000000" w:themeColor="text1"/>
          <w:sz w:val="28"/>
          <w:szCs w:val="18"/>
        </w:rPr>
        <w:t xml:space="preserve"> </w:t>
      </w:r>
      <w:r w:rsidR="00000000">
        <w:t xml:space="preserve">   Öğrenci Belgesi</w:t>
      </w:r>
    </w:p>
    <w:p w14:paraId="41E9AEFC" w14:textId="54592120" w:rsidR="009D312E" w:rsidRDefault="00AB0081">
      <w:pPr>
        <w:spacing w:after="120"/>
      </w:pPr>
      <w:r>
        <w:rPr>
          <w:color w:val="000000" w:themeColor="text1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00" w:themeColor="text1"/>
          <w:szCs w:val="20"/>
        </w:rPr>
        <w:instrText xml:space="preserve"> FORMCHECKBOX </w:instrText>
      </w:r>
      <w:r>
        <w:rPr>
          <w:color w:val="000000" w:themeColor="text1"/>
          <w:szCs w:val="20"/>
        </w:rPr>
      </w:r>
      <w:r>
        <w:rPr>
          <w:color w:val="000000" w:themeColor="text1"/>
          <w:szCs w:val="20"/>
        </w:rPr>
        <w:fldChar w:fldCharType="separate"/>
      </w:r>
      <w:r>
        <w:rPr>
          <w:color w:val="000000" w:themeColor="text1"/>
          <w:szCs w:val="20"/>
        </w:rPr>
        <w:fldChar w:fldCharType="end"/>
      </w:r>
      <w:r w:rsidRPr="001D40A9">
        <w:rPr>
          <w:color w:val="000000" w:themeColor="text1"/>
          <w:sz w:val="28"/>
          <w:szCs w:val="18"/>
        </w:rPr>
        <w:t xml:space="preserve"> </w:t>
      </w:r>
      <w:r w:rsidR="00000000">
        <w:t xml:space="preserve"> Transkript (Not Döküm Belgesi)</w:t>
      </w:r>
    </w:p>
    <w:p w14:paraId="3CEAC094" w14:textId="745CFAE9" w:rsidR="009D312E" w:rsidRDefault="00AB0081">
      <w:pPr>
        <w:spacing w:after="120"/>
      </w:pPr>
      <w:r>
        <w:rPr>
          <w:color w:val="000000" w:themeColor="text1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00" w:themeColor="text1"/>
          <w:szCs w:val="20"/>
        </w:rPr>
        <w:instrText xml:space="preserve"> FORMCHECKBOX </w:instrText>
      </w:r>
      <w:r>
        <w:rPr>
          <w:color w:val="000000" w:themeColor="text1"/>
          <w:szCs w:val="20"/>
        </w:rPr>
      </w:r>
      <w:r>
        <w:rPr>
          <w:color w:val="000000" w:themeColor="text1"/>
          <w:szCs w:val="20"/>
        </w:rPr>
        <w:fldChar w:fldCharType="separate"/>
      </w:r>
      <w:r>
        <w:rPr>
          <w:color w:val="000000" w:themeColor="text1"/>
          <w:szCs w:val="20"/>
        </w:rPr>
        <w:fldChar w:fldCharType="end"/>
      </w:r>
      <w:r w:rsidRPr="001D40A9">
        <w:rPr>
          <w:color w:val="000000" w:themeColor="text1"/>
          <w:sz w:val="28"/>
          <w:szCs w:val="18"/>
        </w:rPr>
        <w:t xml:space="preserve"> </w:t>
      </w:r>
      <w:r w:rsidR="00000000">
        <w:t xml:space="preserve"> Diğer (Belirtiniz) : ................................................................................................</w:t>
      </w:r>
    </w:p>
    <w:sectPr w:rsidR="009D312E" w:rsidSect="003A1CEE">
      <w:pgSz w:w="11906" w:h="16838"/>
      <w:pgMar w:top="737" w:right="1162" w:bottom="737" w:left="11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76B0F44"/>
    <w:multiLevelType w:val="hybridMultilevel"/>
    <w:tmpl w:val="C6C60D2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2257102">
    <w:abstractNumId w:val="8"/>
  </w:num>
  <w:num w:numId="2" w16cid:durableId="743376938">
    <w:abstractNumId w:val="6"/>
  </w:num>
  <w:num w:numId="3" w16cid:durableId="797190670">
    <w:abstractNumId w:val="5"/>
  </w:num>
  <w:num w:numId="4" w16cid:durableId="1766028181">
    <w:abstractNumId w:val="4"/>
  </w:num>
  <w:num w:numId="5" w16cid:durableId="308290947">
    <w:abstractNumId w:val="7"/>
  </w:num>
  <w:num w:numId="6" w16cid:durableId="1960603361">
    <w:abstractNumId w:val="3"/>
  </w:num>
  <w:num w:numId="7" w16cid:durableId="1900557345">
    <w:abstractNumId w:val="2"/>
  </w:num>
  <w:num w:numId="8" w16cid:durableId="386494166">
    <w:abstractNumId w:val="1"/>
  </w:num>
  <w:num w:numId="9" w16cid:durableId="1404138973">
    <w:abstractNumId w:val="0"/>
  </w:num>
  <w:num w:numId="10" w16cid:durableId="361134164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2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6A45"/>
    <w:rsid w:val="000F64F6"/>
    <w:rsid w:val="0015074B"/>
    <w:rsid w:val="002454D4"/>
    <w:rsid w:val="0029639D"/>
    <w:rsid w:val="00326F90"/>
    <w:rsid w:val="003A1CEE"/>
    <w:rsid w:val="005A7C45"/>
    <w:rsid w:val="00606584"/>
    <w:rsid w:val="009D312E"/>
    <w:rsid w:val="00AA1D8D"/>
    <w:rsid w:val="00AB0081"/>
    <w:rsid w:val="00AD6073"/>
    <w:rsid w:val="00B47730"/>
    <w:rsid w:val="00B8710D"/>
    <w:rsid w:val="00CB0664"/>
    <w:rsid w:val="00D10FD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98B624"/>
  <w14:defaultImageDpi w14:val="300"/>
  <w15:docId w15:val="{BE8FD7D6-ACFA-CE45-BD40-E230AD144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zulkufaydemir4646@hotmail.com</cp:lastModifiedBy>
  <cp:revision>2</cp:revision>
  <dcterms:created xsi:type="dcterms:W3CDTF">2026-09-24T12:03:00Z</dcterms:created>
  <dcterms:modified xsi:type="dcterms:W3CDTF">2026-09-24T12:03:00Z</dcterms:modified>
  <cp:category/>
</cp:coreProperties>
</file>